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cs="Times New Roman"/>
          <w:b/>
          <w:b/>
          <w:sz w:val="24"/>
          <w:szCs w:val="24"/>
          <w:lang w:val="pt-BR"/>
        </w:rPr>
      </w:pPr>
      <w:r>
        <w:rPr/>
      </w:r>
    </w:p>
    <w:p>
      <w:pPr>
        <w:pStyle w:val="Normal"/>
        <w:jc w:val="center"/>
        <w:rPr>
          <w:rFonts w:cs="Times New Roman"/>
          <w:b/>
          <w:b/>
          <w:sz w:val="24"/>
          <w:szCs w:val="24"/>
          <w:lang w:val="pt-BR"/>
        </w:rPr>
      </w:pPr>
      <w:r>
        <w:rPr>
          <w:rFonts w:cs="Times New Roman"/>
          <w:b/>
          <w:sz w:val="24"/>
          <w:szCs w:val="24"/>
          <w:lang w:val="pt-BR"/>
        </w:rPr>
        <w:t>ANEXO I – FORMULÁRIO DE INSCRIÇÃO</w:t>
      </w:r>
    </w:p>
    <w:p>
      <w:pPr>
        <w:pStyle w:val="Normal"/>
        <w:jc w:val="center"/>
        <w:rPr>
          <w:rFonts w:cs="Times New Roman"/>
          <w:sz w:val="24"/>
          <w:szCs w:val="24"/>
          <w:lang w:val="pt-BR"/>
        </w:rPr>
      </w:pPr>
      <w:r>
        <w:rPr>
          <w:rFonts w:cs="Times New Roman"/>
          <w:sz w:val="24"/>
          <w:szCs w:val="24"/>
          <w:lang w:val="pt-BR"/>
        </w:rPr>
      </w:r>
    </w:p>
    <w:p>
      <w:pPr>
        <w:pStyle w:val="Normal"/>
        <w:spacing w:lineRule="auto" w:line="240" w:before="0" w:after="0"/>
        <w:jc w:val="center"/>
        <w:rPr>
          <w:rFonts w:cs="Times New Roman"/>
          <w:bCs/>
          <w:sz w:val="24"/>
          <w:szCs w:val="24"/>
          <w:lang w:val="pt-BR"/>
        </w:rPr>
      </w:pPr>
      <w:r>
        <w:rPr>
          <w:rFonts w:cs="Times New Roman"/>
          <w:sz w:val="24"/>
          <w:szCs w:val="24"/>
          <w:lang w:val="pt-BR"/>
        </w:rPr>
        <w:t xml:space="preserve">Edital PPGGEO nº </w:t>
      </w:r>
      <w:r>
        <w:rPr>
          <w:rFonts w:cs="Times New Roman"/>
          <w:sz w:val="24"/>
          <w:szCs w:val="24"/>
          <w:lang w:val="pt-BR"/>
        </w:rPr>
        <w:t>11</w:t>
      </w:r>
      <w:r>
        <w:rPr>
          <w:rFonts w:cs="Times New Roman"/>
          <w:sz w:val="24"/>
          <w:szCs w:val="24"/>
          <w:lang w:val="pt-BR"/>
        </w:rPr>
        <w:t xml:space="preserve">/2026 – Auxílio Financeiro a Estudantes, complementar ao </w:t>
      </w:r>
      <w:r>
        <w:rPr>
          <w:rFonts w:cs="Times New Roman"/>
          <w:bCs/>
          <w:sz w:val="24"/>
          <w:szCs w:val="24"/>
          <w:lang w:val="pt-BR"/>
        </w:rPr>
        <w:t>Edital Interno nº 10/2026 – PRPG/UFJ | Ação 20GK</w:t>
      </w:r>
    </w:p>
    <w:p>
      <w:pPr>
        <w:pStyle w:val="Normal"/>
        <w:jc w:val="center"/>
        <w:rPr>
          <w:rFonts w:cs="Times New Roman"/>
          <w:sz w:val="24"/>
          <w:szCs w:val="24"/>
          <w:lang w:val="pt-BR"/>
        </w:rPr>
      </w:pPr>
      <w:r>
        <w:rPr>
          <w:rFonts w:cs="Times New Roman"/>
          <w:sz w:val="24"/>
          <w:szCs w:val="24"/>
          <w:lang w:val="pt-BR"/>
        </w:rPr>
      </w:r>
    </w:p>
    <w:p>
      <w:pPr>
        <w:pStyle w:val="Normal"/>
        <w:jc w:val="center"/>
        <w:rPr>
          <w:rFonts w:cs="Times New Roman"/>
          <w:sz w:val="24"/>
          <w:szCs w:val="24"/>
          <w:lang w:val="pt-BR"/>
        </w:rPr>
      </w:pPr>
      <w:r>
        <w:rPr>
          <w:rFonts w:cs="Times New Roman"/>
          <w:sz w:val="24"/>
          <w:szCs w:val="24"/>
          <w:lang w:val="pt-BR"/>
        </w:rPr>
      </w:r>
    </w:p>
    <w:p>
      <w:pPr>
        <w:pStyle w:val="Normal"/>
        <w:jc w:val="both"/>
        <w:rPr>
          <w:rFonts w:cs="Times New Roman"/>
          <w:sz w:val="24"/>
          <w:szCs w:val="24"/>
          <w:lang w:val="pt-BR"/>
        </w:rPr>
      </w:pPr>
      <w:r>
        <w:rPr>
          <w:rFonts w:cs="Times New Roman"/>
          <w:sz w:val="24"/>
          <w:szCs w:val="24"/>
          <w:lang w:val="pt-BR"/>
        </w:rPr>
        <w:t>Nome completo: ______________________________________________________</w:t>
      </w:r>
    </w:p>
    <w:p>
      <w:pPr>
        <w:pStyle w:val="Normal"/>
        <w:jc w:val="both"/>
        <w:rPr>
          <w:rFonts w:cs="Times New Roman"/>
          <w:sz w:val="24"/>
          <w:szCs w:val="24"/>
          <w:lang w:val="pt-BR"/>
        </w:rPr>
      </w:pPr>
      <w:r>
        <w:rPr>
          <w:rFonts w:cs="Times New Roman"/>
          <w:sz w:val="24"/>
          <w:szCs w:val="24"/>
          <w:lang w:val="pt-BR"/>
        </w:rPr>
        <w:t>Matrícula: _________________________   Curso: (  ) Mestrado  (  ) Doutorado</w:t>
      </w:r>
    </w:p>
    <w:p>
      <w:pPr>
        <w:pStyle w:val="Normal"/>
        <w:jc w:val="both"/>
        <w:rPr>
          <w:rFonts w:cs="Times New Roman"/>
          <w:sz w:val="24"/>
          <w:szCs w:val="24"/>
          <w:lang w:val="pt-BR"/>
        </w:rPr>
      </w:pPr>
      <w:r>
        <w:rPr>
          <w:rFonts w:cs="Times New Roman"/>
          <w:sz w:val="24"/>
          <w:szCs w:val="24"/>
          <w:lang w:val="pt-BR"/>
        </w:rPr>
        <w:t>E-mail: ___________________________   Telefone: _________________________</w:t>
      </w:r>
    </w:p>
    <w:p>
      <w:pPr>
        <w:pStyle w:val="Normal"/>
        <w:jc w:val="both"/>
        <w:rPr>
          <w:rFonts w:cs="Times New Roman"/>
          <w:sz w:val="24"/>
          <w:szCs w:val="24"/>
          <w:lang w:val="pt-BR"/>
        </w:rPr>
      </w:pPr>
      <w:r>
        <w:rPr>
          <w:rFonts w:cs="Times New Roman"/>
          <w:sz w:val="24"/>
          <w:szCs w:val="24"/>
          <w:lang w:val="pt-BR"/>
        </w:rPr>
        <w:t>Orientador(a): ________________________________________________________</w:t>
      </w:r>
    </w:p>
    <w:p>
      <w:pPr>
        <w:pStyle w:val="Normal"/>
        <w:jc w:val="both"/>
        <w:rPr>
          <w:rFonts w:cs="Times New Roman"/>
          <w:sz w:val="24"/>
          <w:szCs w:val="24"/>
          <w:lang w:val="pt-BR"/>
        </w:rPr>
      </w:pPr>
      <w:r>
        <w:rPr>
          <w:rFonts w:cs="Times New Roman"/>
          <w:sz w:val="24"/>
          <w:szCs w:val="24"/>
          <w:lang w:val="pt-BR"/>
        </w:rPr>
        <w:t>Modalidade pretendida: (  ) Auxílio diário   (  ) Taxa de inscrição</w:t>
      </w:r>
    </w:p>
    <w:p>
      <w:pPr>
        <w:pStyle w:val="Normal"/>
        <w:jc w:val="both"/>
        <w:rPr>
          <w:rFonts w:cs="Times New Roman"/>
          <w:sz w:val="24"/>
          <w:szCs w:val="24"/>
          <w:lang w:val="pt-BR"/>
        </w:rPr>
      </w:pPr>
      <w:r>
        <w:rPr>
          <w:rFonts w:cs="Times New Roman"/>
          <w:sz w:val="24"/>
          <w:szCs w:val="24"/>
          <w:lang w:val="pt-BR"/>
        </w:rPr>
        <w:t>Nome do evento/atividade: ______________________________________________</w:t>
      </w:r>
    </w:p>
    <w:p>
      <w:pPr>
        <w:pStyle w:val="Normal"/>
        <w:jc w:val="both"/>
        <w:rPr>
          <w:rFonts w:cs="Times New Roman"/>
          <w:sz w:val="24"/>
          <w:szCs w:val="24"/>
          <w:lang w:val="pt-BR"/>
        </w:rPr>
      </w:pPr>
      <w:r>
        <w:rPr>
          <w:rFonts w:cs="Times New Roman"/>
          <w:sz w:val="24"/>
          <w:szCs w:val="24"/>
          <w:lang w:val="pt-BR"/>
        </w:rPr>
        <w:t>Local de realização (cidade/UF): _________________________________________</w:t>
      </w:r>
    </w:p>
    <w:p>
      <w:pPr>
        <w:pStyle w:val="Normal"/>
        <w:jc w:val="both"/>
        <w:rPr>
          <w:rFonts w:cs="Times New Roman"/>
          <w:sz w:val="24"/>
          <w:szCs w:val="24"/>
          <w:lang w:val="pt-BR"/>
        </w:rPr>
      </w:pPr>
      <w:r>
        <w:rPr>
          <w:rFonts w:cs="Times New Roman"/>
          <w:sz w:val="24"/>
          <w:szCs w:val="24"/>
          <w:lang w:val="pt-BR"/>
        </w:rPr>
        <w:t>Período do evento/atividade: _____________________________________________</w:t>
      </w:r>
    </w:p>
    <w:p>
      <w:pPr>
        <w:pStyle w:val="Normal"/>
        <w:jc w:val="both"/>
        <w:rPr>
          <w:rFonts w:cs="Times New Roman"/>
          <w:sz w:val="24"/>
          <w:szCs w:val="24"/>
          <w:lang w:val="pt-BR"/>
        </w:rPr>
      </w:pPr>
      <w:r>
        <w:rPr>
          <w:rFonts w:cs="Times New Roman"/>
          <w:sz w:val="24"/>
          <w:szCs w:val="24"/>
          <w:lang w:val="pt-BR"/>
        </w:rPr>
        <w:t>Título do trabalho (quando aplicável): ____________________________________</w:t>
      </w:r>
    </w:p>
    <w:p>
      <w:pPr>
        <w:pStyle w:val="Normal"/>
        <w:jc w:val="both"/>
        <w:rPr>
          <w:rFonts w:cs="Times New Roman"/>
          <w:sz w:val="24"/>
          <w:szCs w:val="24"/>
          <w:lang w:val="pt-BR"/>
        </w:rPr>
      </w:pPr>
      <w:r>
        <w:rPr>
          <w:rFonts w:cs="Times New Roman"/>
          <w:sz w:val="24"/>
          <w:szCs w:val="24"/>
          <w:lang w:val="pt-BR"/>
        </w:rPr>
        <w:t>Forma de apresentação: (  ) Oral   (  ) Pôster   (  ) Não se aplica</w:t>
      </w:r>
    </w:p>
    <w:p>
      <w:pPr>
        <w:pStyle w:val="Normal"/>
        <w:jc w:val="both"/>
        <w:rPr>
          <w:rFonts w:cs="Times New Roman"/>
          <w:sz w:val="24"/>
          <w:szCs w:val="24"/>
          <w:lang w:val="pt-BR"/>
        </w:rPr>
      </w:pPr>
      <w:r>
        <w:rPr>
          <w:rFonts w:cs="Times New Roman"/>
          <w:sz w:val="24"/>
          <w:szCs w:val="24"/>
          <w:lang w:val="pt-BR"/>
        </w:rPr>
        <w:t>Valor solicitado: R$ __________  |  Nº de dias (auxílio diário): __________</w:t>
      </w:r>
    </w:p>
    <w:p>
      <w:pPr>
        <w:pStyle w:val="Normal"/>
        <w:jc w:val="both"/>
        <w:rPr>
          <w:rFonts w:cs="Times New Roman"/>
          <w:sz w:val="24"/>
          <w:szCs w:val="24"/>
          <w:lang w:val="pt-BR"/>
        </w:rPr>
      </w:pPr>
      <w:r>
        <w:rPr>
          <w:rFonts w:cs="Times New Roman"/>
          <w:sz w:val="24"/>
          <w:szCs w:val="24"/>
          <w:lang w:val="pt-BR"/>
        </w:rPr>
        <w:t>A pesquisa/trabalho está vinculada ao PPGGEO? (  ) Sim  (  ) Não</w:t>
      </w:r>
    </w:p>
    <w:p>
      <w:pPr>
        <w:pStyle w:val="Normal"/>
        <w:jc w:val="both"/>
        <w:rPr>
          <w:rFonts w:cs="Times New Roman"/>
          <w:sz w:val="24"/>
          <w:szCs w:val="24"/>
          <w:lang w:val="pt-BR"/>
        </w:rPr>
      </w:pPr>
      <w:r>
        <w:rPr>
          <w:rFonts w:cs="Times New Roman"/>
          <w:sz w:val="24"/>
          <w:szCs w:val="24"/>
          <w:lang w:val="pt-BR"/>
        </w:rPr>
        <w:t>Recebeu auxílio financeiro institucional para finalidade semelhante em 2026? (  ) Sim  (  ) Não</w:t>
      </w:r>
    </w:p>
    <w:p>
      <w:pPr>
        <w:pStyle w:val="Normal"/>
        <w:jc w:val="both"/>
        <w:rPr>
          <w:rFonts w:cs="Times New Roman"/>
          <w:sz w:val="24"/>
          <w:szCs w:val="24"/>
          <w:lang w:val="pt-BR"/>
        </w:rPr>
      </w:pPr>
      <w:r>
        <w:rPr>
          <w:rFonts w:cs="Times New Roman"/>
          <w:sz w:val="24"/>
          <w:szCs w:val="24"/>
          <w:lang w:val="pt-BR"/>
        </w:rPr>
        <w:t>Declaro que conheço e aceito as condições deste edital e do Edital Interno nº 10/2026 – PRPG/UFJ e que as informações e os documentos apresentados são verdadeiros.</w:t>
      </w:r>
    </w:p>
    <w:p>
      <w:pPr>
        <w:pStyle w:val="Normal"/>
        <w:jc w:val="both"/>
        <w:rPr>
          <w:rFonts w:cs="Times New Roman"/>
          <w:sz w:val="24"/>
          <w:szCs w:val="24"/>
          <w:lang w:val="pt-BR"/>
        </w:rPr>
      </w:pPr>
      <w:r>
        <w:rPr>
          <w:rFonts w:cs="Times New Roman"/>
          <w:sz w:val="24"/>
          <w:szCs w:val="24"/>
          <w:lang w:val="pt-BR"/>
        </w:rPr>
      </w:r>
    </w:p>
    <w:p>
      <w:pPr>
        <w:pStyle w:val="Normal"/>
        <w:jc w:val="right"/>
        <w:rPr>
          <w:rFonts w:cs="Times New Roman"/>
          <w:sz w:val="24"/>
          <w:szCs w:val="24"/>
          <w:lang w:val="pt-BR"/>
        </w:rPr>
      </w:pPr>
      <w:r>
        <w:rPr>
          <w:rFonts w:cs="Times New Roman"/>
          <w:sz w:val="24"/>
          <w:szCs w:val="24"/>
          <w:lang w:val="pt-BR"/>
        </w:rPr>
        <w:t>Jataí, _____ de _______________ de 2026.</w:t>
      </w:r>
    </w:p>
    <w:p>
      <w:pPr>
        <w:pStyle w:val="Normal"/>
        <w:jc w:val="right"/>
        <w:rPr>
          <w:rFonts w:cs="Times New Roman"/>
          <w:sz w:val="24"/>
          <w:szCs w:val="24"/>
          <w:lang w:val="pt-BR"/>
        </w:rPr>
      </w:pPr>
      <w:r>
        <w:rPr>
          <w:rFonts w:cs="Times New Roman"/>
          <w:sz w:val="24"/>
          <w:szCs w:val="24"/>
          <w:lang w:val="pt-BR"/>
        </w:rPr>
      </w:r>
    </w:p>
    <w:p>
      <w:pPr>
        <w:pStyle w:val="Normal"/>
        <w:jc w:val="right"/>
        <w:rPr>
          <w:rFonts w:cs="Times New Roman"/>
          <w:sz w:val="24"/>
          <w:szCs w:val="24"/>
          <w:lang w:val="pt-BR"/>
        </w:rPr>
      </w:pPr>
      <w:r>
        <w:rPr>
          <w:rFonts w:cs="Times New Roman"/>
          <w:sz w:val="24"/>
          <w:szCs w:val="24"/>
          <w:lang w:val="pt-BR"/>
        </w:rPr>
        <w:br/>
        <w:br/>
        <w:t>Assinatura do(a) discente: __________________________________________</w:t>
      </w:r>
    </w:p>
    <w:p>
      <w:pPr>
        <w:pStyle w:val="Normal"/>
        <w:rPr>
          <w:rFonts w:cs="Times New Roman"/>
          <w:sz w:val="24"/>
          <w:szCs w:val="24"/>
          <w:lang w:val="pt-BR"/>
        </w:rPr>
      </w:pPr>
      <w:r>
        <w:rPr>
          <w:rFonts w:cs="Times New Roman"/>
          <w:sz w:val="24"/>
          <w:szCs w:val="24"/>
          <w:lang w:val="pt-BR"/>
        </w:rPr>
      </w:r>
      <w:r>
        <w:br w:type="page"/>
      </w:r>
    </w:p>
    <w:p>
      <w:pPr>
        <w:pStyle w:val="Normal"/>
        <w:jc w:val="center"/>
        <w:rPr>
          <w:rFonts w:cs="Times New Roman"/>
          <w:b/>
          <w:b/>
          <w:sz w:val="24"/>
          <w:szCs w:val="24"/>
          <w:lang w:val="pt-BR"/>
        </w:rPr>
      </w:pPr>
      <w:r>
        <w:rPr/>
      </w:r>
    </w:p>
    <w:p>
      <w:pPr>
        <w:pStyle w:val="Normal"/>
        <w:jc w:val="center"/>
        <w:rPr>
          <w:rFonts w:cs="Times New Roman"/>
          <w:b/>
          <w:b/>
          <w:sz w:val="24"/>
          <w:szCs w:val="24"/>
          <w:lang w:val="pt-BR"/>
        </w:rPr>
      </w:pPr>
      <w:r>
        <w:rPr>
          <w:rFonts w:cs="Times New Roman"/>
          <w:b/>
          <w:sz w:val="24"/>
          <w:szCs w:val="24"/>
          <w:lang w:val="pt-BR"/>
        </w:rPr>
        <w:t>ANEXO II – DECLARAÇÃO SOBRE DUPLICIDADE DE AUXÍLIO</w:t>
      </w:r>
    </w:p>
    <w:p>
      <w:pPr>
        <w:pStyle w:val="Normal"/>
        <w:jc w:val="center"/>
        <w:rPr>
          <w:rFonts w:cs="Times New Roman"/>
          <w:b/>
          <w:b/>
          <w:sz w:val="24"/>
          <w:szCs w:val="24"/>
          <w:lang w:val="pt-BR"/>
        </w:rPr>
      </w:pPr>
      <w:r>
        <w:rPr>
          <w:rFonts w:cs="Times New Roman"/>
          <w:b/>
          <w:sz w:val="24"/>
          <w:szCs w:val="24"/>
          <w:lang w:val="pt-BR"/>
        </w:rPr>
      </w:r>
    </w:p>
    <w:p>
      <w:pPr>
        <w:pStyle w:val="Normal"/>
        <w:spacing w:lineRule="auto" w:line="240" w:before="0" w:after="0"/>
        <w:jc w:val="center"/>
        <w:rPr>
          <w:rFonts w:cs="Times New Roman"/>
          <w:bCs/>
          <w:sz w:val="24"/>
          <w:szCs w:val="24"/>
          <w:lang w:val="pt-BR"/>
        </w:rPr>
      </w:pPr>
      <w:r>
        <w:rPr>
          <w:rFonts w:cs="Times New Roman"/>
          <w:sz w:val="24"/>
          <w:szCs w:val="24"/>
          <w:lang w:val="pt-BR"/>
        </w:rPr>
        <w:t xml:space="preserve">Edital PPGGEO nº </w:t>
      </w:r>
      <w:r>
        <w:rPr>
          <w:rFonts w:cs="Times New Roman"/>
          <w:sz w:val="24"/>
          <w:szCs w:val="24"/>
          <w:lang w:val="pt-BR"/>
        </w:rPr>
        <w:t>11</w:t>
      </w:r>
      <w:r>
        <w:rPr>
          <w:rFonts w:cs="Times New Roman"/>
          <w:sz w:val="24"/>
          <w:szCs w:val="24"/>
          <w:lang w:val="pt-BR"/>
        </w:rPr>
        <w:t xml:space="preserve">/2026 – Auxílio Financeiro a Estudantes, complementar ao </w:t>
      </w:r>
      <w:r>
        <w:rPr>
          <w:rFonts w:cs="Times New Roman"/>
          <w:bCs/>
          <w:sz w:val="24"/>
          <w:szCs w:val="24"/>
          <w:lang w:val="pt-BR"/>
        </w:rPr>
        <w:t>Edital Interno nº 10/2026 – PRPG/UFJ | Ação 20GK</w:t>
      </w:r>
    </w:p>
    <w:p>
      <w:pPr>
        <w:pStyle w:val="Normal"/>
        <w:jc w:val="center"/>
        <w:rPr>
          <w:rFonts w:cs="Times New Roman"/>
          <w:b/>
          <w:b/>
          <w:sz w:val="24"/>
          <w:szCs w:val="24"/>
          <w:lang w:val="pt-BR"/>
        </w:rPr>
      </w:pPr>
      <w:r>
        <w:rPr>
          <w:rFonts w:cs="Times New Roman"/>
          <w:b/>
          <w:sz w:val="24"/>
          <w:szCs w:val="24"/>
          <w:lang w:val="pt-BR"/>
        </w:rPr>
      </w:r>
    </w:p>
    <w:p>
      <w:pPr>
        <w:pStyle w:val="Normal"/>
        <w:jc w:val="center"/>
        <w:rPr>
          <w:rFonts w:cs="Times New Roman"/>
          <w:sz w:val="24"/>
          <w:szCs w:val="24"/>
          <w:lang w:val="pt-BR"/>
        </w:rPr>
      </w:pPr>
      <w:r>
        <w:rPr>
          <w:rFonts w:cs="Times New Roman"/>
          <w:sz w:val="24"/>
          <w:szCs w:val="24"/>
          <w:lang w:val="pt-BR"/>
        </w:rPr>
      </w:r>
    </w:p>
    <w:p>
      <w:pPr>
        <w:pStyle w:val="Normal"/>
        <w:jc w:val="both"/>
        <w:rPr>
          <w:rFonts w:cs="Times New Roman"/>
          <w:sz w:val="24"/>
          <w:szCs w:val="24"/>
          <w:lang w:val="pt-BR"/>
        </w:rPr>
      </w:pPr>
      <w:r>
        <w:rPr>
          <w:rFonts w:cs="Times New Roman"/>
          <w:sz w:val="24"/>
          <w:szCs w:val="24"/>
          <w:lang w:val="pt-BR"/>
        </w:rPr>
        <w:t>Eu, ________________________________________________________________, matrícula ___________________, discente regular do PPGGEO/UFJ, declaro, para fins de participação na seleção interna do Edital PPGGEO nº 09/2026, que não receberei outro auxílio público destinado ao custeio da mesma despesa solicitada neste edital. Comprometo-me a informar à Coordenação do PPGGEO qualquer alteração dessa situação, bem como a apresentar, quando solicitado(a), a documentação necessária à análise administrativa e à prestação de contas.</w:t>
      </w:r>
    </w:p>
    <w:p>
      <w:pPr>
        <w:pStyle w:val="Normal"/>
        <w:jc w:val="both"/>
        <w:rPr>
          <w:rFonts w:cs="Times New Roman"/>
          <w:sz w:val="24"/>
          <w:szCs w:val="24"/>
          <w:lang w:val="pt-BR"/>
        </w:rPr>
      </w:pPr>
      <w:r>
        <w:rPr>
          <w:rFonts w:cs="Times New Roman"/>
          <w:sz w:val="24"/>
          <w:szCs w:val="24"/>
          <w:lang w:val="pt-BR"/>
        </w:rPr>
      </w:r>
    </w:p>
    <w:p>
      <w:pPr>
        <w:pStyle w:val="Normal"/>
        <w:jc w:val="right"/>
        <w:rPr>
          <w:rFonts w:cs="Times New Roman"/>
          <w:sz w:val="24"/>
          <w:szCs w:val="24"/>
          <w:lang w:val="pt-BR"/>
        </w:rPr>
      </w:pPr>
      <w:r>
        <w:rPr>
          <w:rFonts w:cs="Times New Roman"/>
          <w:sz w:val="24"/>
          <w:szCs w:val="24"/>
          <w:lang w:val="pt-BR"/>
        </w:rPr>
        <w:t>Jataí, _____ de _______________ de 2026.</w:t>
      </w:r>
    </w:p>
    <w:p>
      <w:pPr>
        <w:pStyle w:val="Normal"/>
        <w:jc w:val="right"/>
        <w:rPr>
          <w:rFonts w:cs="Times New Roman"/>
          <w:sz w:val="24"/>
          <w:szCs w:val="24"/>
          <w:lang w:val="pt-BR"/>
        </w:rPr>
      </w:pPr>
      <w:r>
        <w:rPr>
          <w:rFonts w:cs="Times New Roman"/>
          <w:sz w:val="24"/>
          <w:szCs w:val="24"/>
          <w:lang w:val="pt-BR"/>
        </w:rPr>
      </w:r>
    </w:p>
    <w:p>
      <w:pPr>
        <w:pStyle w:val="Normal"/>
        <w:spacing w:before="0" w:after="120"/>
        <w:jc w:val="right"/>
        <w:rPr>
          <w:rFonts w:cs="Times New Roman"/>
          <w:sz w:val="24"/>
          <w:szCs w:val="24"/>
          <w:lang w:val="pt-BR"/>
        </w:rPr>
      </w:pPr>
      <w:r>
        <w:rPr>
          <w:rFonts w:cs="Times New Roman"/>
          <w:sz w:val="24"/>
          <w:szCs w:val="24"/>
          <w:lang w:val="pt-BR"/>
        </w:rPr>
        <w:br/>
        <w:br/>
        <w:t>Assinatura do(a) discente: __________________________________________</w:t>
      </w:r>
    </w:p>
    <w:sectPr>
      <w:footerReference w:type="default" r:id="rId2"/>
      <w:type w:val="nextPage"/>
      <w:pgSz w:w="12240" w:h="15840"/>
      <w:pgMar w:left="1587" w:right="1587" w:gutter="0" w:header="0" w:top="1417" w:footer="720" w:bottom="119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hyphenationZone w:val="425"/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120"/>
      <w:jc w:val="left"/>
    </w:pPr>
    <w:rPr>
      <w:rFonts w:ascii="Times New Roman" w:hAnsi="Times New Roman" w:eastAsia="ＭＳ 明朝" w:cs="" w:cstheme="minorBidi" w:eastAsiaTheme="minorEastAsia"/>
      <w:color w:val="auto"/>
      <w:kern w:val="0"/>
      <w:sz w:val="22"/>
      <w:szCs w:val="22"/>
      <w:lang w:val="en-US" w:eastAsia="en-US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 w:val="true"/>
      <w:keepLines/>
      <w:spacing w:before="200" w:after="8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000000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 w:val="true"/>
      <w:keepLines/>
      <w:spacing w:before="200" w:after="8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000000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e618bf"/>
    <w:rPr/>
  </w:style>
  <w:style w:type="character" w:styleId="RodapChar" w:customStyle="1">
    <w:name w:val="Rodapé Char"/>
    <w:basedOn w:val="DefaultParagraphFont"/>
    <w:link w:val="Rodap"/>
    <w:uiPriority w:val="99"/>
    <w:qFormat/>
    <w:rsid w:val="00e618bf"/>
    <w:rPr/>
  </w:style>
  <w:style w:type="character" w:styleId="Ttulo1Char" w:customStyle="1">
    <w:name w:val="Título 1 Char"/>
    <w:basedOn w:val="DefaultParagraphFont"/>
    <w:link w:val="Ttulo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Ttulo2Char" w:customStyle="1">
    <w:name w:val="Título 2 Char"/>
    <w:basedOn w:val="DefaultParagraphFont"/>
    <w:link w:val="Ttulo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Ttulo3Char" w:customStyle="1">
    <w:name w:val="Título 3 Char"/>
    <w:basedOn w:val="DefaultParagraphFont"/>
    <w:link w:val="Ttulo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tuloChar" w:customStyle="1">
    <w:name w:val="Título Char"/>
    <w:basedOn w:val="DefaultParagraphFont"/>
    <w:link w:val="Ttulo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tuloChar" w:customStyle="1">
    <w:name w:val="Subtítulo Char"/>
    <w:basedOn w:val="DefaultParagraphFont"/>
    <w:link w:val="Subttulo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CorpodetextoChar" w:customStyle="1">
    <w:name w:val="Corpo de texto Char"/>
    <w:basedOn w:val="DefaultParagraphFont"/>
    <w:link w:val="Corpodetexto"/>
    <w:uiPriority w:val="99"/>
    <w:qFormat/>
    <w:rsid w:val="00aa1d8d"/>
    <w:rPr/>
  </w:style>
  <w:style w:type="character" w:styleId="Corpodetexto2Char" w:customStyle="1">
    <w:name w:val="Corpo de texto 2 Char"/>
    <w:basedOn w:val="DefaultParagraphFont"/>
    <w:link w:val="Corpodetexto2"/>
    <w:uiPriority w:val="99"/>
    <w:qFormat/>
    <w:rsid w:val="00aa1d8d"/>
    <w:rPr/>
  </w:style>
  <w:style w:type="character" w:styleId="Corpodetexto3Char" w:customStyle="1">
    <w:name w:val="Corpo de texto 3 Char"/>
    <w:basedOn w:val="DefaultParagraphFont"/>
    <w:link w:val="Corpodetexto3"/>
    <w:uiPriority w:val="99"/>
    <w:qFormat/>
    <w:rsid w:val="00aa1d8d"/>
    <w:rPr>
      <w:sz w:val="16"/>
      <w:szCs w:val="16"/>
    </w:rPr>
  </w:style>
  <w:style w:type="character" w:styleId="TextodemacroChar" w:customStyle="1">
    <w:name w:val="Texto de macro Char"/>
    <w:basedOn w:val="DefaultParagraphFont"/>
    <w:link w:val="Textodemacro"/>
    <w:uiPriority w:val="99"/>
    <w:qFormat/>
    <w:rsid w:val="0029639d"/>
    <w:rPr>
      <w:rFonts w:ascii="Courier" w:hAnsi="Courier"/>
      <w:sz w:val="20"/>
      <w:szCs w:val="20"/>
    </w:rPr>
  </w:style>
  <w:style w:type="character" w:styleId="CitaoChar" w:customStyle="1">
    <w:name w:val="Citação Char"/>
    <w:basedOn w:val="DefaultParagraphFont"/>
    <w:link w:val="Citao"/>
    <w:uiPriority w:val="29"/>
    <w:qFormat/>
    <w:rsid w:val="00fc693f"/>
    <w:rPr>
      <w:i/>
      <w:iCs/>
      <w:color w:val="000000" w:themeColor="text1"/>
    </w:rPr>
  </w:style>
  <w:style w:type="character" w:styleId="Ttulo4Char" w:customStyle="1">
    <w:name w:val="Título 4 Char"/>
    <w:basedOn w:val="DefaultParagraphFont"/>
    <w:link w:val="Ttulo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Ttulo5Char" w:customStyle="1">
    <w:name w:val="Título 5 Char"/>
    <w:basedOn w:val="DefaultParagraphFont"/>
    <w:link w:val="Ttulo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Ttulo6Char" w:customStyle="1">
    <w:name w:val="Título 6 Char"/>
    <w:basedOn w:val="DefaultParagraphFont"/>
    <w:link w:val="Ttulo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Ttulo7Char" w:customStyle="1">
    <w:name w:val="Título 7 Char"/>
    <w:basedOn w:val="DefaultParagraphFont"/>
    <w:link w:val="Ttulo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Ttulo8Char" w:customStyle="1">
    <w:name w:val="Título 8 Char"/>
    <w:basedOn w:val="DefaultParagraphFont"/>
    <w:link w:val="Ttulo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Ttulo9Char" w:customStyle="1">
    <w:name w:val="Título 9 Char"/>
    <w:basedOn w:val="DefaultParagraphFont"/>
    <w:link w:val="Ttulo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Nfase">
    <w:name w:val="Ênfase"/>
    <w:basedOn w:val="DefaultParagraphFont"/>
    <w:uiPriority w:val="20"/>
    <w:qFormat/>
    <w:rsid w:val="00fc693f"/>
    <w:rPr>
      <w:i/>
      <w:iCs/>
    </w:rPr>
  </w:style>
  <w:style w:type="character" w:styleId="CitaoIntensaChar" w:customStyle="1">
    <w:name w:val="Citação Intensa Char"/>
    <w:basedOn w:val="DefaultParagraphFont"/>
    <w:link w:val="CitaoIntensa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LinkdaInternet">
    <w:name w:val="Link da Internet"/>
    <w:basedOn w:val="DefaultParagraphFont"/>
    <w:uiPriority w:val="99"/>
    <w:unhideWhenUsed/>
    <w:rsid w:val="00a4747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a4747d"/>
    <w:rPr>
      <w:color w:val="605E5C"/>
      <w:shd w:fill="E1DFDD" w:val="clear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link w:val="CorpodetextoChar"/>
    <w:uiPriority w:val="99"/>
    <w:unhideWhenUsed/>
    <w:rsid w:val="00aa1d8d"/>
    <w:pPr/>
    <w:rPr/>
  </w:style>
  <w:style w:type="paragraph" w:styleId="Lista">
    <w:name w:val="List"/>
    <w:basedOn w:val="Normal"/>
    <w:uiPriority w:val="99"/>
    <w:unhideWhenUsed/>
    <w:rsid w:val="00aa1d8d"/>
    <w:pPr>
      <w:spacing w:before="0" w:after="120"/>
      <w:ind w:left="360" w:hanging="360"/>
      <w:contextualSpacing/>
    </w:pPr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tulododocument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120"/>
      <w:ind w:left="720" w:hanging="0"/>
      <w:contextualSpacing/>
    </w:pPr>
    <w:rPr/>
  </w:style>
  <w:style w:type="paragraph" w:styleId="BodyText2">
    <w:name w:val="Body Text 2"/>
    <w:basedOn w:val="Normal"/>
    <w:link w:val="Corpodetexto2Char"/>
    <w:uiPriority w:val="99"/>
    <w:unhideWhenUsed/>
    <w:qFormat/>
    <w:rsid w:val="00aa1d8d"/>
    <w:pPr>
      <w:spacing w:lineRule="auto" w:line="480"/>
    </w:pPr>
    <w:rPr/>
  </w:style>
  <w:style w:type="paragraph" w:styleId="BodyText3">
    <w:name w:val="Body Text 3"/>
    <w:basedOn w:val="Normal"/>
    <w:link w:val="Corpodetexto3Char"/>
    <w:uiPriority w:val="99"/>
    <w:unhideWhenUsed/>
    <w:qFormat/>
    <w:rsid w:val="00aa1d8d"/>
    <w:pPr/>
    <w:rPr>
      <w:sz w:val="16"/>
      <w:szCs w:val="16"/>
    </w:rPr>
  </w:style>
  <w:style w:type="paragraph" w:styleId="Lista2">
    <w:name w:val="List Bullet 3"/>
    <w:basedOn w:val="Normal"/>
    <w:uiPriority w:val="99"/>
    <w:unhideWhenUsed/>
    <w:rsid w:val="00326f90"/>
    <w:pPr>
      <w:spacing w:before="0" w:after="120"/>
      <w:ind w:left="720" w:hanging="360"/>
      <w:contextualSpacing/>
    </w:pPr>
    <w:rPr/>
  </w:style>
  <w:style w:type="paragraph" w:styleId="Lista3">
    <w:name w:val="List Bullet 4"/>
    <w:basedOn w:val="Normal"/>
    <w:uiPriority w:val="99"/>
    <w:unhideWhenUsed/>
    <w:rsid w:val="00326f90"/>
    <w:pPr>
      <w:spacing w:before="0" w:after="12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12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12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12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12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12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12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Textodemacro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itao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Ttulodondicealfabtico">
    <w:name w:val="Index Heading"/>
    <w:basedOn w:val="Ttulo"/>
    <w:pPr/>
    <w:rPr/>
  </w:style>
  <w:style w:type="paragraph" w:styleId="Ttul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B9F5C5E-6ACC-4A46-9873-ACCD2BB8F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Application>LibreOffice/7.2.5.2$Windows_x86 LibreOffice_project/499f9727c189e6ef3471021d6132d4c694f357e5</Application>
  <AppVersion>15.0000</AppVersion>
  <Pages>2</Pages>
  <Words>258</Words>
  <Characters>1918</Characters>
  <CharactersWithSpaces>2190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pt-BR</dc:language>
  <cp:lastModifiedBy/>
  <dcterms:modified xsi:type="dcterms:W3CDTF">2026-10-05T13:04:46Z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